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זרמים בציונות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תרגול מושגים, ציר זמן, דמויות, סיבה ותוצאה וניתוח מקור ביחידה "זרמים בציונות".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 ·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https://historia-et-hachadasha.sites.tab.bot/yechida-zramim.html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הדף מבוסס על תוכן עמוד היחידה באתר (מושגים, ציר זמן, דמויות, מקורות).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'לא זה הדרך' של אחד העם – 1889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הצעת הציונות הסינתטית בקונגרס השמיני – 1907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ייסוד הצה"ר – 1925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בוחרים תשובה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זרם שהדגיש השגת הכרה ואישור בינלאומי (צ'רטר) לבית לאומי לפני התיישבות רחבה.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זרם שהדגיש עלייה, רכישת קרקעות והקמת יישובים בפועל כבר עכשיו.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שילוב פעולה מדינית ופעולה התיישבותית, כפי שהציע ויצמן ב-1907.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משלימים מילה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ציונות רוחנית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ציונות דתית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ציונות סוציאליסטית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ציונות רוויזיוניסטית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עשה מה?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מייסד הציונות המדינית; 'מדינת היהודים' והקונגרס הראשון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הוגה הציונות הרוחנית; רעיון המרכז הרוחני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 – מייסד תנועת 'המזרחי'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הוגה תנועת העבודה; 'דת העבודה'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השנה הנכונה: 1907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השנה הנכונה: 1882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מה קרה קודם?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ראשית העלייה הראשונה ותנועת 'חיבת ציון'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הקונגרס הציוני הראשון בבזל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ויצמן מציע את 'הציונות הסינתטית' בקונגרס ה-8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ז'בוטינסקי מייסד את הצה"ר – הציונים הרוויזיוניסטים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2–3 משפטים נכונים; שימוש במושג אחד לפחות.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🧭 זרמים בציונות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היום נתרגל את הנושא "זרמים בציונות". קראו לאט, אפשר להיעזר בבנק המילים.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ציונות רוחנית  |  ציונות רוויזיוניסטית  |  ציונות סוציאליסטית  |  ציונות דתית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פירוש המושג "ציונות מדינית"?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זרם שהדגיש השגת הכרה ואישור בינלאומי (צ'רטר) לבית לאומי לפני התיישבות רחבה.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זרם בהנהגת ז'בוטינסקי שדרש יעד מוצהר של מדינה וכוח מגן יהודי.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זרם שהדגיש עלייה, רכישת קרקעות והקמת יישובים בפועל כבר עכשיו.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פירוש המושג "ציונות מעשית"?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זרם שהדגיש עלייה, רכישת קרקעות והקמת יישובים בפועל כבר עכשיו.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רעיון של אחד העם: מרכז תרבותי בארץ ישראל שישפיע על יהודי התפוצות.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כתב זכויות או אישור רשמי ממעצמה להתיישבות יהודית בארץ ישראל.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פירוש המושג "ציונות סינתטית"?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רעיון של אחד העם: מרכז תרבותי בארץ ישראל שישפיע על יהודי התפוצות.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שילוב פעולה מדינית ופעולה התיישבותית, כפי שהציע ויצמן ב-1907.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זרם שהדגיש עלייה, רכישת קרקעות והקמת יישובים בפועל כבר עכשיו.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על הקו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זרם שראה בארץ ישראל מרכז לתחייה תרבותית ורוחנית של העם היהודי. ←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זרם ששילב לאומיות ושיבה לארץ עם שמירת תורה ומצוות. ←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זרם ששאף לחברה שוויונית בארץ ישראל המבוססת על עבודה עצמית. ←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4. זרם בהנהגת ז'בוטינסקי שדרש יעד מוצהר של מדינה וכוח מגן יהודי. ←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מי עשה מה?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בין הדמות לתיאור.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בנימין זאב הרצל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מייסד הציונות המדינית; 'מדינת היהודים' והקונגרס הראשון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אחד העם (אשר גינצבורג)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הוגה הציונות הרוחנית; רעיון המרכז הרוחני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הרב יצחק יעקב ריינס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הוגה תנועת העבודה; 'דת העבודה'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אהרן דוד גורדון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מייסד תנועת 'המזרחי'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 במשבצת הנכונה.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בשנת 1897: ויצמן מציע את 'הציונות הסינתטית' בקונגרס ה-8.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בשנת 1902: ראשית העלייה הראשונה ותנועת 'חיבת ציון'.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הציונות רצתה בית לאומי ליהודים בארץ ישראל.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בציונות היו כמה זרמים.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מה קרה קודם?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מספרו 1, 2, 3, 4 לפי הסדר.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ז'בוטינסקי מייסד את הצה"ר – הציונים הרוויזיוניסטים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הקונגרס הציוני הראשון בבזל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ראשית העלייה הראשונה ותנועת 'חיבת ציון'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ויצמן מציע את 'הציונות הסינתטית' בקונגרס ה-8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ו׳ – כותבים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למדתם על "זרמים בציונות"? כתבו 2–3 משפטים.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להתחיל כך: "למדתי ש..."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השתמשו במילה אחת מבנק המילים.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שזכרתי מהיחידה: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זרמים בציונות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