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זרמים בציונות</w:t>
      </w:r>
    </w:p>
    <w:p>
      <w:pPr>
        <w:bidi/>
        <w:jc w:val="right"/>
      </w:pPr>
      <w:r>
        <w:rPr>
          <w:rFonts w:ascii="Arial" w:hAnsi="Arial" w:cs="Arial"/>
          <w:sz w:val="24"/>
          <w:rtl/>
          <w:szCs w:val="24"/>
        </w:rPr>
        <w:t>• 🎯 מטרה: תרגול מושגים, ציר זמן, דמויות, סיבה ותוצאה וניתוח מקור ביחידה "זרמים בציונות".</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https://historia-et-hachadasha.sites.tab.bot/yechida-zramim.html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'לא זה הדרך' של אחד העם – 1889</w:t>
      </w:r>
    </w:p>
    <w:p>
      <w:pPr>
        <w:bidi/>
        <w:jc w:val="right"/>
      </w:pPr>
      <w:r>
        <w:rPr>
          <w:rFonts w:ascii="Arial" w:hAnsi="Arial" w:cs="Arial"/>
          <w:sz w:val="24"/>
          <w:rtl/>
          <w:szCs w:val="24"/>
        </w:rPr>
        <w:t>• לוודא: הצעת הציונות הסינתטית בקונגרס השמיני – 1907</w:t>
      </w:r>
    </w:p>
    <w:p>
      <w:pPr>
        <w:bidi/>
        <w:jc w:val="right"/>
      </w:pPr>
      <w:r>
        <w:rPr>
          <w:rFonts w:ascii="Arial" w:hAnsi="Arial" w:cs="Arial"/>
          <w:sz w:val="24"/>
          <w:rtl/>
          <w:szCs w:val="24"/>
        </w:rPr>
        <w:t>• לוודא: ייסוד הצה"ר – 1925</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זרם שהדגיש השגת הכרה ואישור בינלאומי (צ'רטר) לבית לאומי לפני התיישבות רחבה.</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ד – זרם שהדגיש עלייה, רכישת קרקעות והקמת יישובים בפועל כבר עכשיו.</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שילוב פעולה מדינית ופעולה התיישבותית, כפי שהציע ויצמן ב-1907.</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א – זרם שראה בארץ ישראל מרכז לתחייה תרבותית ורוחנית של העם היהודי.</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ב – זרם ששילב לאומיות ושיבה לארץ עם שמירת תורה ומצוות.</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ציונות סוציאליסטית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ציונות רוויזיוניסטית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צ'רטר</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מרכז רוחני</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דת העבודה</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מייסד הציונות המדינית; 'מדינת היהודים' והקונגרס הראשון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 – הוגה הציונות הרוחנית; רעיון המרכז הרוחני</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מייסד תנועת 'המזרחי'</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א – הוגה תנועת העבודה; 'דת העבודה'</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 – מנהיג ציוני; הציונות הסינתטית; לימים נשיאה הראשון של מדינת ישראל</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ו – מייסד הציונות הרוויזיוניסטית</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ראשית העלייה הראשונה ותנועת 'חיבת ציון'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הרצל מפרסם את 'מדינת היהודים'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הקונגרס הציוני הראשון בבזל</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ויצמן מציע את 'הציונות הסינתטית' בקונגרס ה-8</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הקמת דגניה – הקבוצה הראשונה</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ז'בוטינסקי מייסד את הצה"ר – הציונים הרוויזיוניסטים</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לא נכון – השנה הנכונה: 1882</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לא נכון – השנה הנכונה: 1889</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לא נכון – השנה הנכונה: 1897</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א – צמיחת חיבת ציון והתנועה הציונית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ב – פעילות דיפלומטית, הקונגרס הציוני והקמת ההסתדרות הציונית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הצעת הציונות הסינתטית של ויצמן (1907)</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 הקמת תנועת 'המזרחי' (1902)</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 – הקמת קבוצות וקיבוצים וההסתדרות הכללית</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ו – הקמת הציונות הרוויזיוניסטית בידי ז'בוטינסקי (1925)</w:t>
            </w:r>
          </w:p>
        </w:tc>
      </w:tr>
    </w:tbl>
    <w:p>
      <w:pPr>
        <w:bidi/>
        <w:jc w:val="right"/>
      </w:pPr>
    </w:p>
    <w:p>
      <w:pPr>
        <w:bidi/>
        <w:pStyle w:val="Heading3"/>
        <w:jc w:val="right"/>
      </w:pPr>
      <w:r>
        <w:rPr>
          <w:rFonts w:ascii="Arial" w:hAnsi="Arial" w:cs="Arial"/>
          <w:b/>
          <w:color w:val="333366"/>
          <w:sz w:val="26"/>
          <w:rtl/>
          <w:szCs w:val="26"/>
          <w:bCs/>
        </w:rPr>
        <w:t>ניתוח מקור: לא זה הדרך</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הוא מבקר את החיפזון לקנות אדמות ולהקים מושבות בלי לטפל קודם בעיקר – החינוך, הרגש הלאומי והתרבות.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לבנות לבבות – לחנך ולחזק את הזהות והתרבות הלאומית בקרב היהודים; מרכז רוחני – מרכז תרבותי איכותי בארץ ישראל שיקרין על התפוצות ויחזק אותן.</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הציונות המעשית הדגישה עלייה, התיישבות ורכישת קרקעות כבר עכשיו; גישת המקור (הציונות הרוחנית) מקדימה חינוך ותרבות לבנייה החומרית. המשותף: שתיהן רואות בארץ ישראל מרכז לתחייה הלאומית.</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זרמים בציונות – דף תרגול</w:t>
      </w:r>
    </w:p>
    <w:p>
      <w:pPr>
        <w:bidi/>
        <w:jc w:val="right"/>
      </w:pPr>
      <w:r>
        <w:rPr>
          <w:rFonts w:ascii="Arial" w:hAnsi="Arial" w:cs="Arial"/>
          <w:color w:val="555577"/>
          <w:sz w:val="24"/>
          <w:rtl/>
          <w:szCs w:val="24"/>
        </w:rPr>
        <w:t>❓ שאלת המפתח: מה איחד את הזרמים השונים בציונות – ומה הבדיל ביניהם בשאלות של דרך, תרבות, דת וחברה?  ·  סוף המאה ה-19 – המחצית הראשונה של המאה ה-20</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"ציונות מדינית"?</w:t>
      </w:r>
    </w:p>
    <w:p>
      <w:pPr>
        <w:bidi/>
        <w:jc w:val="right"/>
      </w:pPr>
      <w:r>
        <w:rPr>
          <w:rFonts w:ascii="Arial" w:hAnsi="Arial" w:cs="Arial"/>
          <w:sz w:val="24"/>
          <w:rtl/>
          <w:szCs w:val="24"/>
        </w:rPr>
        <w:t xml:space="preserve">   ◯ א. זרם שהדגיש עלייה, רכישת קרקעות והקמת יישובים בפועל כבר עכשיו.</w:t>
      </w:r>
    </w:p>
    <w:p>
      <w:pPr>
        <w:bidi/>
        <w:jc w:val="right"/>
      </w:pPr>
      <w:r>
        <w:rPr>
          <w:rFonts w:ascii="Arial" w:hAnsi="Arial" w:cs="Arial"/>
          <w:sz w:val="24"/>
          <w:rtl/>
          <w:szCs w:val="24"/>
        </w:rPr>
        <w:t xml:space="preserve">   ◯ ב. האספה של נציגי התנועה הציונית; הראשון התכנס בבזל ב-1897.</w:t>
      </w:r>
    </w:p>
    <w:p>
      <w:pPr>
        <w:bidi/>
        <w:jc w:val="right"/>
      </w:pPr>
      <w:r>
        <w:rPr>
          <w:rFonts w:ascii="Arial" w:hAnsi="Arial" w:cs="Arial"/>
          <w:sz w:val="24"/>
          <w:rtl/>
          <w:szCs w:val="24"/>
        </w:rPr>
        <w:t xml:space="preserve">   ◯ ג. זרם שהדגיש השגת הכרה ואישור בינלאומי (צ'רטר) לבית לאומי לפני התיישבות רחבה.</w:t>
      </w:r>
    </w:p>
    <w:p>
      <w:pPr>
        <w:bidi/>
        <w:jc w:val="right"/>
      </w:pPr>
      <w:r>
        <w:rPr>
          <w:rFonts w:ascii="Arial" w:hAnsi="Arial" w:cs="Arial"/>
          <w:sz w:val="24"/>
          <w:rtl/>
          <w:szCs w:val="24"/>
        </w:rPr>
        <w:t xml:space="preserve">   ◯ ד. שילוב פעולה מדינית ופעולה התיישבותית, כפי שהציע ויצמן ב-1907.</w:t>
      </w:r>
    </w:p>
    <w:p>
      <w:pPr>
        <w:bidi/>
        <w:jc w:val="right"/>
      </w:pPr>
      <w:r>
        <w:rPr>
          <w:rFonts w:ascii="Arial" w:hAnsi="Arial" w:cs="Arial"/>
          <w:b/>
          <w:sz w:val="24"/>
          <w:rtl/>
          <w:szCs w:val="24"/>
          <w:bCs/>
        </w:rPr>
        <w:t>2. מה פירוש המושג "ציונות מעשית"?</w:t>
      </w:r>
    </w:p>
    <w:p>
      <w:pPr>
        <w:bidi/>
        <w:jc w:val="right"/>
      </w:pPr>
      <w:r>
        <w:rPr>
          <w:rFonts w:ascii="Arial" w:hAnsi="Arial" w:cs="Arial"/>
          <w:sz w:val="24"/>
          <w:rtl/>
          <w:szCs w:val="24"/>
        </w:rPr>
        <w:t xml:space="preserve">   ◯ א. זרם שראה בארץ ישראל מרכז לתחייה תרבותית ורוחנית של העם היהודי.</w:t>
      </w:r>
    </w:p>
    <w:p>
      <w:pPr>
        <w:bidi/>
        <w:jc w:val="right"/>
      </w:pPr>
      <w:r>
        <w:rPr>
          <w:rFonts w:ascii="Arial" w:hAnsi="Arial" w:cs="Arial"/>
          <w:sz w:val="24"/>
          <w:rtl/>
          <w:szCs w:val="24"/>
        </w:rPr>
        <w:t xml:space="preserve">   ◯ ב. שילוב פעולה מדינית ופעולה התיישבותית, כפי שהציע ויצמן ב-1907.</w:t>
      </w:r>
    </w:p>
    <w:p>
      <w:pPr>
        <w:bidi/>
        <w:jc w:val="right"/>
      </w:pPr>
      <w:r>
        <w:rPr>
          <w:rFonts w:ascii="Arial" w:hAnsi="Arial" w:cs="Arial"/>
          <w:sz w:val="24"/>
          <w:rtl/>
          <w:szCs w:val="24"/>
        </w:rPr>
        <w:t xml:space="preserve">   ◯ ג. כתב זכויות או אישור רשמי ממעצמה להתיישבות יהודית בארץ ישראל.</w:t>
      </w:r>
    </w:p>
    <w:p>
      <w:pPr>
        <w:bidi/>
        <w:jc w:val="right"/>
      </w:pPr>
      <w:r>
        <w:rPr>
          <w:rFonts w:ascii="Arial" w:hAnsi="Arial" w:cs="Arial"/>
          <w:sz w:val="24"/>
          <w:rtl/>
          <w:szCs w:val="24"/>
        </w:rPr>
        <w:t xml:space="preserve">   ◯ ד. זרם שהדגיש עלייה, רכישת קרקעות והקמת יישובים בפועל כבר עכשיו.</w:t>
      </w:r>
    </w:p>
    <w:p>
      <w:pPr>
        <w:bidi/>
        <w:jc w:val="right"/>
      </w:pPr>
      <w:r>
        <w:rPr>
          <w:rFonts w:ascii="Arial" w:hAnsi="Arial" w:cs="Arial"/>
          <w:b/>
          <w:sz w:val="24"/>
          <w:rtl/>
          <w:szCs w:val="24"/>
          <w:bCs/>
        </w:rPr>
        <w:t>3. מה פירוש המושג "ציונות סינתטית"?</w:t>
      </w:r>
    </w:p>
    <w:p>
      <w:pPr>
        <w:bidi/>
        <w:jc w:val="right"/>
      </w:pPr>
      <w:r>
        <w:rPr>
          <w:rFonts w:ascii="Arial" w:hAnsi="Arial" w:cs="Arial"/>
          <w:sz w:val="24"/>
          <w:rtl/>
          <w:szCs w:val="24"/>
        </w:rPr>
        <w:t xml:space="preserve">   ◯ א. זרם ששילב לאומיות ושיבה לארץ עם שמירת תורה ומצוות.</w:t>
      </w:r>
    </w:p>
    <w:p>
      <w:pPr>
        <w:bidi/>
        <w:jc w:val="right"/>
      </w:pPr>
      <w:r>
        <w:rPr>
          <w:rFonts w:ascii="Arial" w:hAnsi="Arial" w:cs="Arial"/>
          <w:sz w:val="24"/>
          <w:rtl/>
          <w:szCs w:val="24"/>
        </w:rPr>
        <w:t xml:space="preserve">   ◯ ב. זרם ששאף לחברה שוויונית בארץ ישראל המבוססת על עבודה עצמית.</w:t>
      </w:r>
    </w:p>
    <w:p>
      <w:pPr>
        <w:bidi/>
        <w:jc w:val="right"/>
      </w:pPr>
      <w:r>
        <w:rPr>
          <w:rFonts w:ascii="Arial" w:hAnsi="Arial" w:cs="Arial"/>
          <w:sz w:val="24"/>
          <w:rtl/>
          <w:szCs w:val="24"/>
        </w:rPr>
        <w:t xml:space="preserve">   ◯ ג. שילוב פעולה מדינית ופעולה התיישבותית, כפי שהציע ויצמן ב-1907.</w:t>
      </w:r>
    </w:p>
    <w:p>
      <w:pPr>
        <w:bidi/>
        <w:jc w:val="right"/>
      </w:pPr>
      <w:r>
        <w:rPr>
          <w:rFonts w:ascii="Arial" w:hAnsi="Arial" w:cs="Arial"/>
          <w:sz w:val="24"/>
          <w:rtl/>
          <w:szCs w:val="24"/>
        </w:rPr>
        <w:t xml:space="preserve">   ◯ ד. זרם שהדגיש עלייה, רכישת קרקעות והקמת יישובים בפועל כבר עכשיו.</w:t>
      </w:r>
    </w:p>
    <w:p>
      <w:pPr>
        <w:bidi/>
        <w:jc w:val="right"/>
      </w:pPr>
      <w:r>
        <w:rPr>
          <w:rFonts w:ascii="Arial" w:hAnsi="Arial" w:cs="Arial"/>
          <w:b/>
          <w:sz w:val="24"/>
          <w:rtl/>
          <w:szCs w:val="24"/>
          <w:bCs/>
        </w:rPr>
        <w:t>4. מה פירוש המושג "ציונות רוחנית"?</w:t>
      </w:r>
    </w:p>
    <w:p>
      <w:pPr>
        <w:bidi/>
        <w:jc w:val="right"/>
      </w:pPr>
      <w:r>
        <w:rPr>
          <w:rFonts w:ascii="Arial" w:hAnsi="Arial" w:cs="Arial"/>
          <w:sz w:val="24"/>
          <w:rtl/>
          <w:szCs w:val="24"/>
        </w:rPr>
        <w:t xml:space="preserve">   ◯ א. זרם שראה בארץ ישראל מרכז לתחייה תרבותית ורוחנית של העם היהודי.</w:t>
      </w:r>
    </w:p>
    <w:p>
      <w:pPr>
        <w:bidi/>
        <w:jc w:val="right"/>
      </w:pPr>
      <w:r>
        <w:rPr>
          <w:rFonts w:ascii="Arial" w:hAnsi="Arial" w:cs="Arial"/>
          <w:sz w:val="24"/>
          <w:rtl/>
          <w:szCs w:val="24"/>
        </w:rPr>
        <w:t xml:space="preserve">   ◯ ב. שילוב פעולה מדינית ופעולה התיישבותית, כפי שהציע ויצמן ב-1907.</w:t>
      </w:r>
    </w:p>
    <w:p>
      <w:pPr>
        <w:bidi/>
        <w:jc w:val="right"/>
      </w:pPr>
      <w:r>
        <w:rPr>
          <w:rFonts w:ascii="Arial" w:hAnsi="Arial" w:cs="Arial"/>
          <w:sz w:val="24"/>
          <w:rtl/>
          <w:szCs w:val="24"/>
        </w:rPr>
        <w:t xml:space="preserve">   ◯ ג. כתב זכויות או אישור רשמי ממעצמה להתיישבות יהודית בארץ ישראל.</w:t>
      </w:r>
    </w:p>
    <w:p>
      <w:pPr>
        <w:bidi/>
        <w:jc w:val="right"/>
      </w:pPr>
      <w:r>
        <w:rPr>
          <w:rFonts w:ascii="Arial" w:hAnsi="Arial" w:cs="Arial"/>
          <w:sz w:val="24"/>
          <w:rtl/>
          <w:szCs w:val="24"/>
        </w:rPr>
        <w:t xml:space="preserve">   ◯ ד. זרם שהדגיש עלייה, רכישת קרקעות והקמת יישובים בפועל כבר עכשיו.</w:t>
      </w:r>
    </w:p>
    <w:p>
      <w:pPr>
        <w:bidi/>
        <w:jc w:val="right"/>
      </w:pPr>
      <w:r>
        <w:rPr>
          <w:rFonts w:ascii="Arial" w:hAnsi="Arial" w:cs="Arial"/>
          <w:b/>
          <w:sz w:val="24"/>
          <w:rtl/>
          <w:szCs w:val="24"/>
          <w:bCs/>
        </w:rPr>
        <w:t>5. מה פירוש המושג "ציונות דתית"?</w:t>
      </w:r>
    </w:p>
    <w:p>
      <w:pPr>
        <w:bidi/>
        <w:jc w:val="right"/>
      </w:pPr>
      <w:r>
        <w:rPr>
          <w:rFonts w:ascii="Arial" w:hAnsi="Arial" w:cs="Arial"/>
          <w:sz w:val="24"/>
          <w:rtl/>
          <w:szCs w:val="24"/>
        </w:rPr>
        <w:t xml:space="preserve">   ◯ א. שילוב פעולה מדינית ופעולה התיישבותית, כפי שהציע ויצמן ב-1907.</w:t>
      </w:r>
    </w:p>
    <w:p>
      <w:pPr>
        <w:bidi/>
        <w:jc w:val="right"/>
      </w:pPr>
      <w:r>
        <w:rPr>
          <w:rFonts w:ascii="Arial" w:hAnsi="Arial" w:cs="Arial"/>
          <w:sz w:val="24"/>
          <w:rtl/>
          <w:szCs w:val="24"/>
        </w:rPr>
        <w:t xml:space="preserve">   ◯ ב. זרם ששילב לאומיות ושיבה לארץ עם שמירת תורה ומצוות.</w:t>
      </w:r>
    </w:p>
    <w:p>
      <w:pPr>
        <w:bidi/>
        <w:jc w:val="right"/>
      </w:pPr>
      <w:r>
        <w:rPr>
          <w:rFonts w:ascii="Arial" w:hAnsi="Arial" w:cs="Arial"/>
          <w:sz w:val="24"/>
          <w:rtl/>
          <w:szCs w:val="24"/>
        </w:rPr>
        <w:t xml:space="preserve">   ◯ ג. זרם שראה בארץ ישראל מרכז לתחייה תרבותית ורוחנית של העם היהודי.</w:t>
      </w:r>
    </w:p>
    <w:p>
      <w:pPr>
        <w:bidi/>
        <w:jc w:val="right"/>
      </w:pPr>
      <w:r>
        <w:rPr>
          <w:rFonts w:ascii="Arial" w:hAnsi="Arial" w:cs="Arial"/>
          <w:sz w:val="24"/>
          <w:rtl/>
          <w:szCs w:val="24"/>
        </w:rPr>
        <w:t xml:space="preserve">   ◯ ד. זרם ששאף לחברה שוויונית בארץ ישראל המבוססת על עבודה עצמית.</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צ'רטר / מרכז רוחני / דת העבודה / ציונות סוציאליסטית / ציונות רוויזיוניסטית</w:t>
      </w:r>
    </w:p>
    <w:p>
      <w:pPr>
        <w:bidi/>
        <w:jc w:val="right"/>
      </w:pPr>
      <w:r>
        <w:rPr>
          <w:rFonts w:ascii="Arial" w:hAnsi="Arial" w:cs="Arial"/>
          <w:sz w:val="24"/>
          <w:rtl/>
          <w:szCs w:val="24"/>
        </w:rPr>
        <w:t>1. זרם ששאף לחברה שוויונית בארץ ישראל המבוססת על עבודה עצמית. ← ____</w:t>
      </w:r>
    </w:p>
    <w:p>
      <w:pPr>
        <w:bidi/>
        <w:jc w:val="right"/>
      </w:pPr>
      <w:r>
        <w:rPr>
          <w:rFonts w:ascii="Arial" w:hAnsi="Arial" w:cs="Arial"/>
          <w:sz w:val="24"/>
          <w:rtl/>
          <w:szCs w:val="24"/>
        </w:rPr>
        <w:t>2. זרם בהנהגת ז'בוטינסקי שדרש יעד מוצהר של מדינה וכוח מגן יהודי. ← ____</w:t>
      </w:r>
    </w:p>
    <w:p>
      <w:pPr>
        <w:bidi/>
        <w:jc w:val="right"/>
      </w:pPr>
      <w:r>
        <w:rPr>
          <w:rFonts w:ascii="Arial" w:hAnsi="Arial" w:cs="Arial"/>
          <w:sz w:val="24"/>
          <w:rtl/>
          <w:szCs w:val="24"/>
        </w:rPr>
        <w:t>3. כתב זכויות או אישור רשמי ממעצמה להתיישבות יהודית בארץ ישראל. ← ____</w:t>
      </w:r>
    </w:p>
    <w:p>
      <w:pPr>
        <w:bidi/>
        <w:jc w:val="right"/>
      </w:pPr>
      <w:r>
        <w:rPr>
          <w:rFonts w:ascii="Arial" w:hAnsi="Arial" w:cs="Arial"/>
          <w:sz w:val="24"/>
          <w:rtl/>
          <w:szCs w:val="24"/>
        </w:rPr>
        <w:t>4. רעיון של אחד העם: מרכז תרבותי בארץ ישראל שישפיע על יהודי התפוצות. ← ____</w:t>
      </w:r>
    </w:p>
    <w:p>
      <w:pPr>
        <w:bidi/>
        <w:jc w:val="right"/>
      </w:pPr>
      <w:r>
        <w:rPr>
          <w:rFonts w:ascii="Arial" w:hAnsi="Arial" w:cs="Arial"/>
          <w:sz w:val="24"/>
          <w:rtl/>
          <w:szCs w:val="24"/>
        </w:rPr>
        <w:t>5. רעיון של א״ד גורדון: העבודה והקשר לאדמה כדרך לחידוש האדם והעם.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בנימין זאב הרצל (1860–1904)</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הוגה תנועת העבודה; 'דת העבודה'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אחד העם (אשר גינצבורג) (1856–1927)</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מייסד תנועת 'המזרחי'</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הרב יצחק יעקב ריינס (1839–1915)</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מייסד הציונות המדינית; 'מדינת היהודים' והקונגרס הראשון</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אהרן דוד גורדון (1856–1922)</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מנהיג ציוני; הציונות הסינתטית; לימים נשיאה הראשון של מדינת ישראל</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חיים ויצמן (1874–1952)</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הוגה הציונות הרוחנית; רעיון המרכז הרוחני</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זאב ז'בוטינסקי (1880–1940)</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ו. מייסד הציונות הרוויזיוניסטית</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ויצמן מציע את 'הציונות הסינתטית' בקונגרס ה-8</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הקמת דגניה – הקבוצה הראשונה</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ראשית העלייה הראשונה ותנועת 'חיבת ציון'</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הרצל מפרסם את 'מדינת היהודים'</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ז'בוטינסקי מייסד את הצה"ר – הציונים הרוויזיוניסטים</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הקונגרס הציוני הראשון בבזל</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הציונות רצתה בית לאומי ליהודים בארץ ישראל.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הרצל רצה הסכמה של מדינות העולם.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בציונות היו כמה זרמים.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בשנת 1909: ראשית העלייה הראשונה ותנועת 'חיבת ציון'.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בשנת 1925: אחד העם מפרסם את המאמר 'לא זה הדרך'.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בשנת 1909: הקונגרס הציוני הראשון בבזל.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אנטישמיות ופוגרומים במזרח אירופה ומשבר האמנציפציה במערב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צמיחת חיבת ציון והתנועה הציונית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הרצל האמין שרק הכרה בינלאומית תאפשר בית לאומי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פעילות דיפלומטית, הקונגרס הציוני והקמת ההסתדרות הציונית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ויכוח בין המדיניים למעשיים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הצעת הציונות הסינתטית של ויצמן (1907)</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רצון לשלב לאומיות עם שמירת מצוות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הקמת תנועת 'המזרחי' (1902)</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רעיונות סוציאליסטיים בקרב חלוצי העלייה השנייה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הקמת קבוצות וקיבוצים וההסתדרות הכללית</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ביקורת על מדיניות ההנהגה הציונית בשנות ה-20</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ו. הקמת הציונות הרוויזיוניסטית בידי ז'בוטינסקי (1925)</w:t>
            </w:r>
          </w:p>
        </w:tc>
      </w:tr>
    </w:tbl>
    <w:p>
      <w:pPr>
        <w:bidi/>
        <w:jc w:val="right"/>
      </w:pPr>
    </w:p>
    <w:p>
      <w:pPr>
        <w:bidi/>
        <w:pStyle w:val="Heading2"/>
        <w:jc w:val="right"/>
      </w:pPr>
      <w:r>
        <w:rPr>
          <w:rFonts w:ascii="Arial" w:hAnsi="Arial" w:cs="Arial"/>
          <w:b/>
          <w:color w:val="0B7285"/>
          <w:sz w:val="32"/>
          <w:rtl/>
          <w:szCs w:val="32"/>
          <w:bCs/>
        </w:rPr>
        <w:t>חלק ז׳ – ניתוח מקור: לא זה הדרך</w:t>
      </w:r>
    </w:p>
    <w:p>
      <w:pPr>
        <w:bidi/>
        <w:jc w:val="right"/>
      </w:pPr>
      <w:r>
        <w:rPr>
          <w:rFonts w:ascii="Arial" w:hAnsi="Arial" w:cs="Arial"/>
          <w:color w:val="555577"/>
          <w:sz w:val="24"/>
          <w:rtl/>
          <w:szCs w:val="24"/>
        </w:rPr>
        <w:t>קראו את המקור וענו על השאלות.</w:t>
        <w:br/>
        <w:t>על פי רעיונותיו של אחד העם: אנו ממהרים לקנות אדמות ולהקים מושבות, אבל שוכחים את העיקר. לפני שנבנה בתים, עלינו לבנות לבבות. עם שאיבד את אהבתו לתרבותו ולשפתו לא יחזיק מעמד גם אם תהיה לו אדמה. לכן תחילה יש לחנך, לעורר את הרגש הלאומי ולחדש את התרבות העברית. בארץ ישראל צריך לקום מרכז רוחני, קטן אולי, אבל איכותי, שאורו יגיע אל כל תפוצות ישראל ויחזק אותן.</w:t>
      </w:r>
    </w:p>
    <w:p>
      <w:pPr>
        <w:bidi/>
        <w:jc w:val="right"/>
      </w:pPr>
      <w:r>
        <w:rPr>
          <w:rFonts w:ascii="Arial" w:hAnsi="Arial" w:cs="Arial"/>
          <w:sz w:val="24"/>
          <w:rtl/>
          <w:szCs w:val="24"/>
        </w:rPr>
        <w:t>1. מה מבקר הכותב בפעולת חובבי ציון?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פירוש 'לבנות לבבות' ו'מרכז רוחני' לפי המקור?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השוו בין גישת המקור לבין גישת הציונות המעשית.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מה איחד את הזרמים השונים בציונות – ומה הבדיל ביניהם בשאלות של דרך, תרבות, דת וחברה?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"זרמים בציונות":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זרמים בציונות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